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BFA98" w14:textId="77DBF493" w:rsidR="00023EB1" w:rsidRDefault="00626A8E" w:rsidP="00450903">
      <w:pPr>
        <w:spacing w:after="40"/>
        <w:ind w:right="680"/>
        <w:rPr>
          <w:lang w:eastAsia="ja-JP"/>
        </w:rPr>
      </w:pPr>
      <w:r>
        <w:rPr>
          <w:rFonts w:ascii="游ゴシック" w:eastAsia="游ゴシック" w:hAnsi="游ゴシック"/>
          <w:color w:val="5A626C"/>
          <w:sz w:val="17"/>
          <w:lang w:eastAsia="ja-JP"/>
        </w:rPr>
        <w:t>様式第</w:t>
      </w:r>
      <w:r w:rsidR="00450903">
        <w:rPr>
          <w:rFonts w:ascii="游ゴシック" w:eastAsia="游ゴシック" w:hAnsi="游ゴシック" w:hint="eastAsia"/>
          <w:color w:val="5A626C"/>
          <w:sz w:val="17"/>
          <w:lang w:eastAsia="ja-JP"/>
        </w:rPr>
        <w:t>１</w:t>
      </w:r>
      <w:r>
        <w:rPr>
          <w:rFonts w:ascii="游ゴシック" w:eastAsia="游ゴシック" w:hAnsi="游ゴシック"/>
          <w:color w:val="5A626C"/>
          <w:sz w:val="17"/>
          <w:lang w:eastAsia="ja-JP"/>
        </w:rPr>
        <w:t>号</w:t>
      </w:r>
    </w:p>
    <w:p w14:paraId="22494A86" w14:textId="5114837A" w:rsidR="00023EB1" w:rsidRDefault="00626A8E">
      <w:pPr>
        <w:spacing w:after="80"/>
        <w:jc w:val="center"/>
        <w:rPr>
          <w:lang w:eastAsia="ja-JP"/>
        </w:rPr>
      </w:pPr>
      <w:r>
        <w:rPr>
          <w:rFonts w:ascii="游ゴシック" w:eastAsia="游ゴシック" w:hAnsi="游ゴシック"/>
          <w:b/>
          <w:color w:val="16375C"/>
          <w:sz w:val="34"/>
          <w:lang w:eastAsia="ja-JP"/>
        </w:rPr>
        <w:t>「いばらきポリス」クーポン等協力店届出書</w:t>
      </w:r>
    </w:p>
    <w:p w14:paraId="70BCBE15" w14:textId="5E4FB925" w:rsidR="00023EB1" w:rsidRDefault="00626A8E">
      <w:pPr>
        <w:jc w:val="right"/>
        <w:rPr>
          <w:lang w:eastAsia="ja-JP"/>
        </w:rPr>
      </w:pPr>
      <w:r>
        <w:rPr>
          <w:lang w:eastAsia="ja-JP"/>
        </w:rPr>
        <w:t xml:space="preserve">　　年　　月　　日</w:t>
      </w:r>
    </w:p>
    <w:p w14:paraId="32400403" w14:textId="77777777" w:rsidR="00450903" w:rsidRDefault="00626A8E" w:rsidP="008D4CD4">
      <w:pPr>
        <w:spacing w:after="0" w:line="240" w:lineRule="auto"/>
        <w:rPr>
          <w:b/>
          <w:sz w:val="20"/>
          <w:lang w:eastAsia="ja-JP"/>
        </w:rPr>
      </w:pPr>
      <w:r>
        <w:rPr>
          <w:b/>
          <w:sz w:val="20"/>
          <w:lang w:eastAsia="ja-JP"/>
        </w:rPr>
        <w:t>茨城県警察</w:t>
      </w:r>
      <w:r w:rsidR="00450903">
        <w:rPr>
          <w:rFonts w:hint="eastAsia"/>
          <w:b/>
          <w:sz w:val="20"/>
          <w:lang w:eastAsia="ja-JP"/>
        </w:rPr>
        <w:t>本部生活安全部</w:t>
      </w:r>
    </w:p>
    <w:p w14:paraId="13D52FCE" w14:textId="718BAC15" w:rsidR="00023EB1" w:rsidRDefault="00450903" w:rsidP="008D4CD4">
      <w:pPr>
        <w:spacing w:after="0" w:line="240" w:lineRule="auto"/>
        <w:rPr>
          <w:b/>
          <w:sz w:val="20"/>
          <w:lang w:eastAsia="ja-JP"/>
        </w:rPr>
      </w:pPr>
      <w:r>
        <w:rPr>
          <w:rFonts w:hint="eastAsia"/>
          <w:b/>
          <w:sz w:val="20"/>
          <w:lang w:eastAsia="ja-JP"/>
        </w:rPr>
        <w:t xml:space="preserve">生活安全総務課長　</w:t>
      </w:r>
      <w:r w:rsidR="00C57640">
        <w:rPr>
          <w:rFonts w:hint="eastAsia"/>
          <w:b/>
          <w:sz w:val="20"/>
          <w:lang w:eastAsia="ja-JP"/>
        </w:rPr>
        <w:t xml:space="preserve">　</w:t>
      </w:r>
      <w:r w:rsidR="00CE187F">
        <w:rPr>
          <w:rFonts w:hint="eastAsia"/>
          <w:b/>
          <w:sz w:val="20"/>
          <w:lang w:eastAsia="ja-JP"/>
        </w:rPr>
        <w:t xml:space="preserve">　</w:t>
      </w:r>
      <w:r>
        <w:rPr>
          <w:rFonts w:hint="eastAsia"/>
          <w:b/>
          <w:sz w:val="20"/>
          <w:lang w:eastAsia="ja-JP"/>
        </w:rPr>
        <w:t xml:space="preserve">　</w:t>
      </w:r>
      <w:r w:rsidR="00626A8E">
        <w:rPr>
          <w:b/>
          <w:sz w:val="20"/>
          <w:lang w:eastAsia="ja-JP"/>
        </w:rPr>
        <w:t xml:space="preserve">　殿</w:t>
      </w:r>
    </w:p>
    <w:p w14:paraId="16559672" w14:textId="77777777" w:rsidR="00604F58" w:rsidRDefault="00604F58" w:rsidP="00604F58">
      <w:pPr>
        <w:spacing w:after="0" w:line="180" w:lineRule="auto"/>
        <w:rPr>
          <w:lang w:eastAsia="ja-JP"/>
        </w:rPr>
      </w:pPr>
    </w:p>
    <w:p w14:paraId="4D72248D" w14:textId="78CB2C7C" w:rsidR="00450903" w:rsidRPr="00EF3D50" w:rsidRDefault="00626A8E" w:rsidP="008D4CD4">
      <w:pPr>
        <w:spacing w:after="100"/>
        <w:rPr>
          <w:b/>
          <w:bCs/>
          <w:lang w:eastAsia="ja-JP"/>
        </w:rPr>
      </w:pPr>
      <w:r w:rsidRPr="00EF3D50">
        <w:rPr>
          <w:b/>
          <w:bCs/>
          <w:lang w:eastAsia="ja-JP"/>
        </w:rPr>
        <w:t>「いばらきポリス」クーポン等協力店募集要項の内容を確認し、次のとおり届出</w:t>
      </w:r>
      <w:r w:rsidR="006212F5" w:rsidRPr="00EF3D50">
        <w:rPr>
          <w:rFonts w:hint="eastAsia"/>
          <w:b/>
          <w:bCs/>
          <w:lang w:eastAsia="ja-JP"/>
        </w:rPr>
        <w:t>をし</w:t>
      </w:r>
      <w:r w:rsidRPr="00EF3D50">
        <w:rPr>
          <w:b/>
          <w:bCs/>
          <w:lang w:eastAsia="ja-JP"/>
        </w:rPr>
        <w:t>ます。</w:t>
      </w:r>
    </w:p>
    <w:p w14:paraId="7F6782E3" w14:textId="3B90B840" w:rsidR="00023EB1" w:rsidRPr="00842B1D" w:rsidRDefault="00450903" w:rsidP="00AF1838">
      <w:pPr>
        <w:spacing w:after="0" w:line="240" w:lineRule="auto"/>
        <w:rPr>
          <w:sz w:val="21"/>
          <w:szCs w:val="21"/>
          <w:lang w:eastAsia="ja-JP"/>
        </w:rPr>
      </w:pPr>
      <w:r w:rsidRPr="00842B1D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１　事業者情報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710"/>
      </w:tblGrid>
      <w:tr w:rsidR="00023EB1" w14:paraId="6ECFDDB7" w14:textId="77777777" w:rsidTr="00C6324C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153287" w14:textId="756D13E8" w:rsidR="00023EB1" w:rsidRPr="000E2C45" w:rsidRDefault="00626A8E">
            <w:pPr>
              <w:spacing w:after="0"/>
              <w:jc w:val="center"/>
              <w:rPr>
                <w:sz w:val="16"/>
                <w:szCs w:val="16"/>
              </w:rPr>
            </w:pPr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法人・団体名</w:t>
            </w:r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404CD1" w14:textId="77777777" w:rsidR="00023EB1" w:rsidRPr="000E2C45" w:rsidRDefault="00023EB1">
            <w:pPr>
              <w:spacing w:after="0"/>
              <w:rPr>
                <w:sz w:val="16"/>
                <w:szCs w:val="16"/>
              </w:rPr>
            </w:pPr>
          </w:p>
        </w:tc>
      </w:tr>
      <w:tr w:rsidR="00023EB1" w14:paraId="7133EDB5" w14:textId="77777777" w:rsidTr="00C6324C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9B5FC" w14:textId="77777777" w:rsidR="00023EB1" w:rsidRPr="000E2C45" w:rsidRDefault="00626A8E">
            <w:pPr>
              <w:spacing w:after="0"/>
              <w:jc w:val="center"/>
              <w:rPr>
                <w:sz w:val="16"/>
                <w:szCs w:val="16"/>
              </w:rPr>
            </w:pPr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代表者職・氏名</w:t>
            </w:r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474BCE" w14:textId="77777777" w:rsidR="00023EB1" w:rsidRPr="000E2C45" w:rsidRDefault="00023EB1">
            <w:pPr>
              <w:spacing w:after="0"/>
              <w:rPr>
                <w:sz w:val="16"/>
                <w:szCs w:val="16"/>
              </w:rPr>
            </w:pPr>
          </w:p>
        </w:tc>
      </w:tr>
      <w:tr w:rsidR="00023EB1" w14:paraId="2EA46EF5" w14:textId="77777777" w:rsidTr="00C6324C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332AB8" w14:textId="77777777" w:rsidR="00023EB1" w:rsidRPr="000E2C45" w:rsidRDefault="00626A8E">
            <w:pPr>
              <w:spacing w:after="0"/>
              <w:jc w:val="center"/>
              <w:rPr>
                <w:sz w:val="16"/>
                <w:szCs w:val="16"/>
              </w:rPr>
            </w:pPr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所在地</w:t>
            </w:r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AB952" w14:textId="77777777" w:rsidR="00023EB1" w:rsidRPr="000E2C45" w:rsidRDefault="00023EB1">
            <w:pPr>
              <w:spacing w:after="0"/>
              <w:rPr>
                <w:sz w:val="16"/>
                <w:szCs w:val="16"/>
              </w:rPr>
            </w:pPr>
          </w:p>
        </w:tc>
      </w:tr>
      <w:tr w:rsidR="00023EB1" w14:paraId="026F8510" w14:textId="77777777" w:rsidTr="00C6324C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183B1" w14:textId="77777777" w:rsidR="00023EB1" w:rsidRPr="000E2C45" w:rsidRDefault="00626A8E">
            <w:pPr>
              <w:spacing w:after="0"/>
              <w:jc w:val="center"/>
              <w:rPr>
                <w:sz w:val="16"/>
                <w:szCs w:val="16"/>
              </w:rPr>
            </w:pPr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担当者所属・氏名</w:t>
            </w:r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662392" w14:textId="77777777" w:rsidR="00023EB1" w:rsidRPr="000E2C45" w:rsidRDefault="00023EB1">
            <w:pPr>
              <w:spacing w:after="0"/>
              <w:rPr>
                <w:sz w:val="16"/>
                <w:szCs w:val="16"/>
              </w:rPr>
            </w:pPr>
          </w:p>
        </w:tc>
      </w:tr>
      <w:tr w:rsidR="00023EB1" w14:paraId="165BF1CA" w14:textId="77777777" w:rsidTr="00C6324C">
        <w:trPr>
          <w:jc w:val="center"/>
        </w:trPr>
        <w:tc>
          <w:tcPr>
            <w:tcW w:w="2268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507562" w14:textId="77777777" w:rsidR="00023EB1" w:rsidRPr="000E2C45" w:rsidRDefault="00626A8E">
            <w:pPr>
              <w:spacing w:after="0"/>
              <w:jc w:val="center"/>
              <w:rPr>
                <w:sz w:val="16"/>
                <w:szCs w:val="16"/>
              </w:rPr>
            </w:pPr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電話番号</w:t>
            </w:r>
          </w:p>
        </w:tc>
        <w:tc>
          <w:tcPr>
            <w:tcW w:w="771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3D76B" w14:textId="77777777" w:rsidR="00023EB1" w:rsidRPr="000E2C45" w:rsidRDefault="00023EB1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49C62272" w14:textId="77777777" w:rsidR="00450903" w:rsidRPr="008D4CD4" w:rsidRDefault="00450903" w:rsidP="008D4CD4">
      <w:pPr>
        <w:spacing w:after="0"/>
        <w:rPr>
          <w:rFonts w:ascii="游ゴシック" w:eastAsia="游ゴシック" w:hAnsi="游ゴシック"/>
          <w:b/>
          <w:color w:val="16375C"/>
          <w:sz w:val="6"/>
          <w:szCs w:val="6"/>
          <w:lang w:eastAsia="ja-JP"/>
        </w:rPr>
      </w:pPr>
    </w:p>
    <w:p w14:paraId="5E82714B" w14:textId="773C99C0" w:rsidR="00450903" w:rsidRPr="00727F55" w:rsidRDefault="00450903" w:rsidP="00191FF6">
      <w:pPr>
        <w:spacing w:after="0" w:line="240" w:lineRule="auto"/>
        <w:rPr>
          <w:sz w:val="21"/>
          <w:szCs w:val="21"/>
          <w:lang w:eastAsia="ja-JP"/>
        </w:rPr>
      </w:pPr>
      <w:r w:rsidRPr="00727F55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２　店舗情報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7767"/>
      </w:tblGrid>
      <w:tr w:rsidR="00023EB1" w14:paraId="3CA2388B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277F4" w14:textId="77777777" w:rsidR="00023EB1" w:rsidRPr="000E2C45" w:rsidRDefault="00626A8E">
            <w:pPr>
              <w:spacing w:after="0"/>
              <w:jc w:val="center"/>
              <w:rPr>
                <w:sz w:val="16"/>
                <w:szCs w:val="16"/>
              </w:rPr>
            </w:pPr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店舗・施設名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F08EC7" w14:textId="77777777" w:rsidR="00023EB1" w:rsidRPr="000E2C45" w:rsidRDefault="00023EB1">
            <w:pPr>
              <w:spacing w:after="0"/>
              <w:rPr>
                <w:sz w:val="16"/>
                <w:szCs w:val="16"/>
              </w:rPr>
            </w:pPr>
          </w:p>
        </w:tc>
      </w:tr>
      <w:tr w:rsidR="00023EB1" w14:paraId="3CE0FC50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5FF494" w14:textId="77777777" w:rsidR="00023EB1" w:rsidRPr="000E2C45" w:rsidRDefault="00626A8E">
            <w:pPr>
              <w:spacing w:after="0"/>
              <w:jc w:val="center"/>
              <w:rPr>
                <w:sz w:val="16"/>
                <w:szCs w:val="16"/>
              </w:rPr>
            </w:pPr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所在地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36A191" w14:textId="77777777" w:rsidR="00023EB1" w:rsidRPr="000E2C45" w:rsidRDefault="00023EB1">
            <w:pPr>
              <w:spacing w:after="0"/>
              <w:rPr>
                <w:sz w:val="16"/>
                <w:szCs w:val="16"/>
              </w:rPr>
            </w:pPr>
          </w:p>
        </w:tc>
      </w:tr>
      <w:tr w:rsidR="00023EB1" w14:paraId="56B109CB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3C4B3A" w14:textId="77777777" w:rsidR="00023EB1" w:rsidRPr="000E2C45" w:rsidRDefault="00626A8E">
            <w:pPr>
              <w:spacing w:after="0"/>
              <w:jc w:val="center"/>
              <w:rPr>
                <w:sz w:val="16"/>
                <w:szCs w:val="16"/>
              </w:rPr>
            </w:pPr>
            <w:r w:rsidRPr="000E2C45">
              <w:rPr>
                <w:rFonts w:ascii="游ゴシック" w:eastAsia="游ゴシック" w:hAnsi="游ゴシック"/>
                <w:b/>
                <w:sz w:val="16"/>
                <w:szCs w:val="16"/>
              </w:rPr>
              <w:t>電話番号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EB276" w14:textId="77777777" w:rsidR="00023EB1" w:rsidRPr="000E2C45" w:rsidRDefault="00023EB1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468D044E" w14:textId="77777777" w:rsidR="00842B1D" w:rsidRPr="00842B1D" w:rsidRDefault="00842B1D" w:rsidP="00C6324C">
      <w:pPr>
        <w:spacing w:after="100"/>
        <w:rPr>
          <w:rFonts w:ascii="游ゴシック" w:eastAsia="游ゴシック" w:hAnsi="游ゴシック"/>
          <w:b/>
          <w:color w:val="16375C"/>
          <w:sz w:val="6"/>
          <w:szCs w:val="6"/>
          <w:lang w:eastAsia="ja-JP"/>
        </w:rPr>
      </w:pPr>
    </w:p>
    <w:p w14:paraId="78341250" w14:textId="3D2EC6CA" w:rsidR="00C6324C" w:rsidRPr="00727F55" w:rsidRDefault="00C6324C" w:rsidP="00C77939">
      <w:pPr>
        <w:spacing w:after="0" w:line="240" w:lineRule="auto"/>
        <w:rPr>
          <w:sz w:val="21"/>
          <w:szCs w:val="21"/>
          <w:lang w:eastAsia="ja-JP"/>
        </w:rPr>
      </w:pPr>
      <w:r w:rsidRPr="00727F55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３　クーポン等の内容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7767"/>
      </w:tblGrid>
      <w:tr w:rsidR="00023EB1" w14:paraId="6C3C2736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964957" w14:textId="50C305F3" w:rsidR="00023EB1" w:rsidRPr="00DF4C37" w:rsidRDefault="00C6324C">
            <w:pPr>
              <w:spacing w:after="0"/>
              <w:jc w:val="center"/>
              <w:rPr>
                <w:sz w:val="16"/>
                <w:szCs w:val="16"/>
              </w:rPr>
            </w:pPr>
            <w:r w:rsidRPr="00DF4C37">
              <w:rPr>
                <w:rFonts w:ascii="游ゴシック" w:eastAsia="游ゴシック" w:hAnsi="游ゴシック" w:hint="eastAsia"/>
                <w:b/>
                <w:sz w:val="16"/>
                <w:szCs w:val="16"/>
                <w:lang w:eastAsia="ja-JP"/>
              </w:rPr>
              <w:t>特典内容</w:t>
            </w:r>
            <w:r w:rsidR="00842B1D">
              <w:rPr>
                <w:rFonts w:ascii="游ゴシック" w:eastAsia="游ゴシック" w:hAnsi="游ゴシック" w:hint="eastAsia"/>
                <w:b/>
                <w:sz w:val="16"/>
                <w:szCs w:val="16"/>
                <w:lang w:eastAsia="ja-JP"/>
              </w:rPr>
              <w:t>等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A42A4B" w14:textId="301ABE40" w:rsidR="00C57640" w:rsidRDefault="00C57640">
            <w:pPr>
              <w:spacing w:after="0"/>
              <w:rPr>
                <w:sz w:val="17"/>
                <w:lang w:eastAsia="ja-JP"/>
              </w:rPr>
            </w:pPr>
            <w:r>
              <w:rPr>
                <w:rFonts w:hint="eastAsia"/>
                <w:sz w:val="17"/>
                <w:lang w:eastAsia="ja-JP"/>
              </w:rPr>
              <w:t>※記載内容</w:t>
            </w:r>
          </w:p>
          <w:p w14:paraId="04F2225B" w14:textId="418BB44E" w:rsidR="00C6324C" w:rsidRDefault="00C57640">
            <w:pPr>
              <w:spacing w:after="0"/>
              <w:rPr>
                <w:sz w:val="17"/>
                <w:lang w:eastAsia="ja-JP"/>
              </w:rPr>
            </w:pPr>
            <w:r>
              <w:rPr>
                <w:rFonts w:hint="eastAsia"/>
                <w:sz w:val="17"/>
                <w:lang w:eastAsia="ja-JP"/>
              </w:rPr>
              <w:t xml:space="preserve">　特典内容、対象商品、利用条件、利用回数、他割引との併用、注意事項等</w:t>
            </w:r>
          </w:p>
          <w:p w14:paraId="61149946" w14:textId="41CD6F15" w:rsidR="00C6324C" w:rsidRDefault="00C6324C">
            <w:pPr>
              <w:spacing w:after="0"/>
              <w:rPr>
                <w:sz w:val="17"/>
                <w:lang w:eastAsia="ja-JP"/>
              </w:rPr>
            </w:pPr>
          </w:p>
          <w:p w14:paraId="012B4D61" w14:textId="77777777" w:rsidR="00B4395A" w:rsidRDefault="00B4395A">
            <w:pPr>
              <w:spacing w:after="0"/>
              <w:rPr>
                <w:sz w:val="17"/>
                <w:lang w:eastAsia="ja-JP"/>
              </w:rPr>
            </w:pPr>
          </w:p>
          <w:p w14:paraId="298847ED" w14:textId="581CB9E6" w:rsidR="00C6324C" w:rsidRDefault="00C6324C">
            <w:pPr>
              <w:spacing w:after="0"/>
              <w:rPr>
                <w:lang w:eastAsia="ja-JP"/>
              </w:rPr>
            </w:pPr>
          </w:p>
        </w:tc>
      </w:tr>
    </w:tbl>
    <w:p w14:paraId="57935859" w14:textId="3412E07F" w:rsidR="003E1583" w:rsidRPr="000C771E" w:rsidRDefault="003E1583" w:rsidP="003E1583">
      <w:pPr>
        <w:spacing w:after="100"/>
        <w:rPr>
          <w:rFonts w:ascii="游ゴシック" w:eastAsia="游ゴシック" w:hAnsi="游ゴシック"/>
          <w:b/>
          <w:color w:val="16375C"/>
          <w:sz w:val="6"/>
          <w:szCs w:val="6"/>
          <w:lang w:eastAsia="ja-JP"/>
        </w:rPr>
      </w:pPr>
    </w:p>
    <w:p w14:paraId="52C4840E" w14:textId="19E214E1" w:rsidR="003E1583" w:rsidRPr="00727F55" w:rsidRDefault="003E1583" w:rsidP="00C77939">
      <w:pPr>
        <w:spacing w:after="0" w:line="240" w:lineRule="auto"/>
        <w:rPr>
          <w:sz w:val="21"/>
          <w:szCs w:val="21"/>
          <w:lang w:eastAsia="ja-JP"/>
        </w:rPr>
      </w:pPr>
      <w:r w:rsidRPr="00727F55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 xml:space="preserve">４　</w:t>
      </w:r>
      <w:r w:rsidR="000C771E" w:rsidRPr="00727F55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確認事項</w:t>
      </w:r>
    </w:p>
    <w:p w14:paraId="3168E708" w14:textId="57CCCC0C" w:rsidR="00023EB1" w:rsidRPr="00EF3D50" w:rsidRDefault="00626A8E" w:rsidP="0079174F">
      <w:pPr>
        <w:spacing w:after="40"/>
        <w:ind w:firstLineChars="100" w:firstLine="167"/>
        <w:rPr>
          <w:b/>
          <w:bCs/>
          <w:lang w:eastAsia="ja-JP"/>
        </w:rPr>
      </w:pPr>
      <w:r w:rsidRPr="00EF3D50">
        <w:rPr>
          <w:b/>
          <w:bCs/>
          <w:sz w:val="17"/>
          <w:lang w:eastAsia="ja-JP"/>
        </w:rPr>
        <w:t>□</w:t>
      </w:r>
      <w:r w:rsidR="0079174F" w:rsidRPr="00EF3D50">
        <w:rPr>
          <w:b/>
          <w:bCs/>
          <w:sz w:val="17"/>
          <w:lang w:eastAsia="ja-JP"/>
        </w:rPr>
        <w:t xml:space="preserve"> </w:t>
      </w:r>
      <w:r w:rsidRPr="00EF3D50">
        <w:rPr>
          <w:b/>
          <w:bCs/>
          <w:sz w:val="17"/>
          <w:lang w:eastAsia="ja-JP"/>
        </w:rPr>
        <w:t xml:space="preserve"> 募集要項を確認し、掲載内容に従ってクーポン等を提供します。</w:t>
      </w:r>
    </w:p>
    <w:p w14:paraId="2073FC3E" w14:textId="66BCD407" w:rsidR="00023EB1" w:rsidRPr="00EF3D50" w:rsidRDefault="00626A8E" w:rsidP="0079174F">
      <w:pPr>
        <w:spacing w:after="40"/>
        <w:ind w:leftChars="50" w:left="95" w:firstLineChars="50" w:firstLine="83"/>
        <w:rPr>
          <w:b/>
          <w:bCs/>
          <w:lang w:eastAsia="ja-JP"/>
        </w:rPr>
      </w:pPr>
      <w:r w:rsidRPr="00EF3D50">
        <w:rPr>
          <w:b/>
          <w:bCs/>
          <w:sz w:val="17"/>
          <w:lang w:eastAsia="ja-JP"/>
        </w:rPr>
        <w:t xml:space="preserve">□ </w:t>
      </w:r>
      <w:r w:rsidR="0079174F" w:rsidRPr="00EF3D50">
        <w:rPr>
          <w:b/>
          <w:bCs/>
          <w:sz w:val="17"/>
          <w:lang w:eastAsia="ja-JP"/>
        </w:rPr>
        <w:t xml:space="preserve"> </w:t>
      </w:r>
      <w:r w:rsidRPr="00EF3D50">
        <w:rPr>
          <w:b/>
          <w:bCs/>
          <w:sz w:val="17"/>
          <w:lang w:eastAsia="ja-JP"/>
        </w:rPr>
        <w:t>割引・特典等の提供費用は当店・当事業者が負担します。</w:t>
      </w:r>
    </w:p>
    <w:p w14:paraId="1CA0A44D" w14:textId="751F116B" w:rsidR="00023EB1" w:rsidRPr="00EF3D50" w:rsidRDefault="00626A8E" w:rsidP="0079174F">
      <w:pPr>
        <w:spacing w:after="40"/>
        <w:ind w:leftChars="50" w:left="95" w:firstLineChars="50" w:firstLine="83"/>
        <w:rPr>
          <w:b/>
          <w:bCs/>
          <w:lang w:eastAsia="ja-JP"/>
        </w:rPr>
      </w:pPr>
      <w:r w:rsidRPr="00EF3D50">
        <w:rPr>
          <w:b/>
          <w:bCs/>
          <w:sz w:val="17"/>
          <w:lang w:eastAsia="ja-JP"/>
        </w:rPr>
        <w:t xml:space="preserve">□ </w:t>
      </w:r>
      <w:r w:rsidR="0079174F" w:rsidRPr="00EF3D50">
        <w:rPr>
          <w:b/>
          <w:bCs/>
          <w:sz w:val="17"/>
          <w:lang w:eastAsia="ja-JP"/>
        </w:rPr>
        <w:t xml:space="preserve"> </w:t>
      </w:r>
      <w:r w:rsidRPr="00EF3D50">
        <w:rPr>
          <w:b/>
          <w:bCs/>
          <w:sz w:val="17"/>
          <w:lang w:eastAsia="ja-JP"/>
        </w:rPr>
        <w:t>商品・サービス、返品・返金等に関する問題には、当店・当事業者の責任で対応します。</w:t>
      </w:r>
    </w:p>
    <w:p w14:paraId="59CBE647" w14:textId="43EC1FE5" w:rsidR="00023EB1" w:rsidRPr="00EF3D50" w:rsidRDefault="00626A8E" w:rsidP="0079174F">
      <w:pPr>
        <w:spacing w:after="40"/>
        <w:ind w:leftChars="50" w:left="95" w:firstLineChars="50" w:firstLine="83"/>
        <w:rPr>
          <w:b/>
          <w:bCs/>
          <w:lang w:eastAsia="ja-JP"/>
        </w:rPr>
      </w:pPr>
      <w:r w:rsidRPr="00EF3D50">
        <w:rPr>
          <w:b/>
          <w:bCs/>
          <w:sz w:val="17"/>
          <w:lang w:eastAsia="ja-JP"/>
        </w:rPr>
        <w:t xml:space="preserve">□ </w:t>
      </w:r>
      <w:r w:rsidR="0079174F" w:rsidRPr="00EF3D50">
        <w:rPr>
          <w:b/>
          <w:bCs/>
          <w:sz w:val="17"/>
          <w:lang w:eastAsia="ja-JP"/>
        </w:rPr>
        <w:t xml:space="preserve"> </w:t>
      </w:r>
      <w:r w:rsidRPr="00EF3D50">
        <w:rPr>
          <w:b/>
          <w:bCs/>
          <w:sz w:val="17"/>
          <w:lang w:eastAsia="ja-JP"/>
        </w:rPr>
        <w:t>「警察公認」「県警推奨」など、警察が商品・サービスを保証していると誤認させる表示は行いません。</w:t>
      </w:r>
    </w:p>
    <w:p w14:paraId="7E4E167E" w14:textId="54906EEE" w:rsidR="00023EB1" w:rsidRPr="00EF3D50" w:rsidRDefault="00626A8E" w:rsidP="0079174F">
      <w:pPr>
        <w:spacing w:after="40"/>
        <w:ind w:leftChars="50" w:left="95" w:firstLineChars="50" w:firstLine="83"/>
        <w:rPr>
          <w:b/>
          <w:bCs/>
          <w:lang w:eastAsia="ja-JP"/>
        </w:rPr>
      </w:pPr>
      <w:r w:rsidRPr="00EF3D50">
        <w:rPr>
          <w:b/>
          <w:bCs/>
          <w:sz w:val="17"/>
          <w:lang w:eastAsia="ja-JP"/>
        </w:rPr>
        <w:t xml:space="preserve">□ </w:t>
      </w:r>
      <w:r w:rsidR="0079174F" w:rsidRPr="00EF3D50">
        <w:rPr>
          <w:b/>
          <w:bCs/>
          <w:sz w:val="17"/>
          <w:lang w:eastAsia="ja-JP"/>
        </w:rPr>
        <w:t xml:space="preserve"> </w:t>
      </w:r>
      <w:r w:rsidRPr="00EF3D50">
        <w:rPr>
          <w:b/>
          <w:bCs/>
          <w:sz w:val="17"/>
          <w:lang w:eastAsia="ja-JP"/>
        </w:rPr>
        <w:t>届出内容に変更が生じた場合や協力を終了する場合は、速やかに担当課へ連絡します。</w:t>
      </w:r>
    </w:p>
    <w:p w14:paraId="14C1E4C6" w14:textId="43FC7907" w:rsidR="00023EB1" w:rsidRPr="00EF3D50" w:rsidRDefault="00626A8E" w:rsidP="0079174F">
      <w:pPr>
        <w:spacing w:after="40"/>
        <w:ind w:leftChars="50" w:left="95" w:firstLineChars="50" w:firstLine="83"/>
        <w:rPr>
          <w:b/>
          <w:bCs/>
          <w:lang w:eastAsia="ja-JP"/>
        </w:rPr>
      </w:pPr>
      <w:r w:rsidRPr="00EF3D50">
        <w:rPr>
          <w:b/>
          <w:bCs/>
          <w:sz w:val="17"/>
          <w:lang w:eastAsia="ja-JP"/>
        </w:rPr>
        <w:t xml:space="preserve">□ </w:t>
      </w:r>
      <w:r w:rsidR="0079174F" w:rsidRPr="00EF3D50">
        <w:rPr>
          <w:b/>
          <w:bCs/>
          <w:sz w:val="17"/>
          <w:lang w:eastAsia="ja-JP"/>
        </w:rPr>
        <w:t xml:space="preserve"> </w:t>
      </w:r>
      <w:r w:rsidRPr="00EF3D50">
        <w:rPr>
          <w:b/>
          <w:bCs/>
          <w:sz w:val="17"/>
          <w:lang w:eastAsia="ja-JP"/>
        </w:rPr>
        <w:t>暴力団その他の反社会的勢力に該当せず、これらと関係を有していません。</w:t>
      </w:r>
    </w:p>
    <w:p w14:paraId="6D72434A" w14:textId="47BBCFD8" w:rsidR="00023EB1" w:rsidRPr="00EF3D50" w:rsidRDefault="00626A8E" w:rsidP="0079174F">
      <w:pPr>
        <w:spacing w:after="40"/>
        <w:ind w:leftChars="50" w:left="95" w:firstLineChars="50" w:firstLine="83"/>
        <w:rPr>
          <w:b/>
          <w:bCs/>
          <w:sz w:val="17"/>
          <w:lang w:eastAsia="ja-JP"/>
        </w:rPr>
      </w:pPr>
      <w:r w:rsidRPr="00EF3D50">
        <w:rPr>
          <w:b/>
          <w:bCs/>
          <w:sz w:val="17"/>
          <w:lang w:eastAsia="ja-JP"/>
        </w:rPr>
        <w:t xml:space="preserve">□ </w:t>
      </w:r>
      <w:r w:rsidR="0079174F" w:rsidRPr="00EF3D50">
        <w:rPr>
          <w:b/>
          <w:bCs/>
          <w:sz w:val="17"/>
          <w:lang w:eastAsia="ja-JP"/>
        </w:rPr>
        <w:t xml:space="preserve"> </w:t>
      </w:r>
      <w:r w:rsidRPr="00EF3D50">
        <w:rPr>
          <w:b/>
          <w:bCs/>
          <w:sz w:val="17"/>
          <w:lang w:eastAsia="ja-JP"/>
        </w:rPr>
        <w:t>法令違反、重大な苦情、届出内容と異なる取扱い等がある場合に、掲載が停止されることを了承します。</w:t>
      </w:r>
    </w:p>
    <w:p w14:paraId="0DD2BD1F" w14:textId="77777777" w:rsidR="008C19C7" w:rsidRPr="008C19C7" w:rsidRDefault="008C19C7">
      <w:pPr>
        <w:spacing w:after="40"/>
        <w:ind w:left="227" w:hanging="227"/>
        <w:rPr>
          <w:sz w:val="6"/>
          <w:szCs w:val="6"/>
          <w:lang w:eastAsia="ja-JP"/>
        </w:rPr>
      </w:pPr>
    </w:p>
    <w:p w14:paraId="57F10255" w14:textId="113594A2" w:rsidR="00727F55" w:rsidRPr="00DF4C37" w:rsidRDefault="00727F55" w:rsidP="00C77939">
      <w:pPr>
        <w:spacing w:after="0" w:line="240" w:lineRule="auto"/>
        <w:rPr>
          <w:bCs/>
          <w:sz w:val="21"/>
          <w:szCs w:val="21"/>
          <w:lang w:eastAsia="ja-JP"/>
        </w:rPr>
      </w:pPr>
      <w:r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５</w:t>
      </w:r>
      <w:r w:rsidRPr="00727F55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 xml:space="preserve">　</w:t>
      </w:r>
      <w:r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>届出者署名</w:t>
      </w:r>
      <w:r w:rsidR="00DF4C37">
        <w:rPr>
          <w:rFonts w:ascii="游ゴシック" w:eastAsia="游ゴシック" w:hAnsi="游ゴシック" w:hint="eastAsia"/>
          <w:b/>
          <w:color w:val="16375C"/>
          <w:sz w:val="21"/>
          <w:szCs w:val="21"/>
          <w:lang w:eastAsia="ja-JP"/>
        </w:rPr>
        <w:t xml:space="preserve">　</w:t>
      </w:r>
      <w:r w:rsidR="00DF4C37" w:rsidRPr="00DF4C37">
        <w:rPr>
          <w:rFonts w:hint="eastAsia"/>
          <w:bCs/>
          <w:color w:val="000000" w:themeColor="text1"/>
          <w:sz w:val="16"/>
          <w:szCs w:val="16"/>
          <w:lang w:eastAsia="ja-JP"/>
        </w:rPr>
        <w:t>※自筆</w:t>
      </w:r>
      <w:r w:rsidR="00B46515">
        <w:rPr>
          <w:rFonts w:hint="eastAsia"/>
          <w:bCs/>
          <w:color w:val="000000" w:themeColor="text1"/>
          <w:sz w:val="16"/>
          <w:szCs w:val="16"/>
          <w:lang w:eastAsia="ja-JP"/>
        </w:rPr>
        <w:t>又は入力</w:t>
      </w:r>
      <w:r w:rsidR="003A5C8C">
        <w:rPr>
          <w:rFonts w:hint="eastAsia"/>
          <w:bCs/>
          <w:color w:val="000000" w:themeColor="text1"/>
          <w:sz w:val="16"/>
          <w:szCs w:val="16"/>
          <w:lang w:eastAsia="ja-JP"/>
        </w:rPr>
        <w:t>により</w:t>
      </w:r>
      <w:r w:rsidR="00DF4C37" w:rsidRPr="00DF4C37">
        <w:rPr>
          <w:rFonts w:hint="eastAsia"/>
          <w:bCs/>
          <w:color w:val="000000" w:themeColor="text1"/>
          <w:sz w:val="16"/>
          <w:szCs w:val="16"/>
          <w:lang w:eastAsia="ja-JP"/>
        </w:rPr>
        <w:t>記入</w:t>
      </w:r>
      <w:r w:rsidR="00306C42">
        <w:rPr>
          <w:rFonts w:hint="eastAsia"/>
          <w:bCs/>
          <w:color w:val="000000" w:themeColor="text1"/>
          <w:sz w:val="16"/>
          <w:szCs w:val="16"/>
          <w:lang w:eastAsia="ja-JP"/>
        </w:rPr>
        <w:t>してください</w:t>
      </w:r>
      <w:r w:rsidR="00E57366">
        <w:rPr>
          <w:rFonts w:hint="eastAsia"/>
          <w:bCs/>
          <w:color w:val="000000" w:themeColor="text1"/>
          <w:sz w:val="16"/>
          <w:szCs w:val="16"/>
          <w:lang w:eastAsia="ja-JP"/>
        </w:rPr>
        <w:t>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11"/>
        <w:gridCol w:w="7767"/>
      </w:tblGrid>
      <w:tr w:rsidR="00023EB1" w14:paraId="27FE4C9D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A6280" w14:textId="77777777" w:rsidR="00023EB1" w:rsidRPr="00DF4C37" w:rsidRDefault="00626A8E">
            <w:pPr>
              <w:spacing w:after="0"/>
              <w:jc w:val="center"/>
              <w:rPr>
                <w:sz w:val="16"/>
                <w:szCs w:val="16"/>
              </w:rPr>
            </w:pPr>
            <w:r w:rsidRPr="00DF4C37">
              <w:rPr>
                <w:rFonts w:ascii="游ゴシック" w:eastAsia="游ゴシック" w:hAnsi="游ゴシック"/>
                <w:b/>
                <w:sz w:val="16"/>
                <w:szCs w:val="16"/>
              </w:rPr>
              <w:t>法人・団体名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1A75C" w14:textId="77777777" w:rsidR="00023EB1" w:rsidRDefault="00023EB1">
            <w:pPr>
              <w:spacing w:after="0"/>
            </w:pPr>
          </w:p>
        </w:tc>
      </w:tr>
      <w:tr w:rsidR="00023EB1" w14:paraId="27F33673" w14:textId="77777777">
        <w:trPr>
          <w:jc w:val="center"/>
        </w:trPr>
        <w:tc>
          <w:tcPr>
            <w:tcW w:w="2211" w:type="dxa"/>
            <w:shd w:val="clear" w:color="auto" w:fill="E8EE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CDF4DB" w14:textId="2D69FF7E" w:rsidR="00023EB1" w:rsidRPr="00DF4C37" w:rsidRDefault="00DF4C37">
            <w:pPr>
              <w:spacing w:after="0"/>
              <w:jc w:val="center"/>
              <w:rPr>
                <w:sz w:val="16"/>
                <w:szCs w:val="16"/>
              </w:rPr>
            </w:pPr>
            <w:r w:rsidRPr="00DF4C37">
              <w:rPr>
                <w:rFonts w:ascii="游ゴシック" w:eastAsia="游ゴシック" w:hAnsi="游ゴシック" w:hint="eastAsia"/>
                <w:b/>
                <w:sz w:val="16"/>
                <w:szCs w:val="16"/>
                <w:lang w:eastAsia="ja-JP"/>
              </w:rPr>
              <w:t>届出者職・氏名</w:t>
            </w:r>
          </w:p>
        </w:tc>
        <w:tc>
          <w:tcPr>
            <w:tcW w:w="77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375CE3" w14:textId="77777777" w:rsidR="00023EB1" w:rsidRDefault="00023EB1">
            <w:pPr>
              <w:spacing w:after="0"/>
            </w:pPr>
          </w:p>
        </w:tc>
      </w:tr>
    </w:tbl>
    <w:p w14:paraId="051A6999" w14:textId="370398D2" w:rsidR="00023EB1" w:rsidRPr="0079174F" w:rsidRDefault="00023EB1" w:rsidP="0079174F">
      <w:pPr>
        <w:spacing w:after="0" w:line="20" w:lineRule="exact"/>
        <w:rPr>
          <w:sz w:val="2"/>
          <w:szCs w:val="2"/>
        </w:rPr>
      </w:pPr>
    </w:p>
    <w:sectPr w:rsidR="00023EB1" w:rsidRPr="0079174F" w:rsidSect="00034616">
      <w:pgSz w:w="11906" w:h="16838"/>
      <w:pgMar w:top="794" w:right="964" w:bottom="794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C8D3F" w14:textId="77777777" w:rsidR="008D5C07" w:rsidRDefault="008D5C07">
      <w:pPr>
        <w:spacing w:after="0" w:line="240" w:lineRule="auto"/>
      </w:pPr>
      <w:r>
        <w:separator/>
      </w:r>
    </w:p>
  </w:endnote>
  <w:endnote w:type="continuationSeparator" w:id="0">
    <w:p w14:paraId="6B53F859" w14:textId="77777777" w:rsidR="008D5C07" w:rsidRDefault="008D5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28B53" w14:textId="77777777" w:rsidR="008D5C07" w:rsidRDefault="008D5C07">
      <w:pPr>
        <w:spacing w:after="0" w:line="240" w:lineRule="auto"/>
      </w:pPr>
      <w:r>
        <w:separator/>
      </w:r>
    </w:p>
  </w:footnote>
  <w:footnote w:type="continuationSeparator" w:id="0">
    <w:p w14:paraId="169BBCC2" w14:textId="77777777" w:rsidR="008D5C07" w:rsidRDefault="008D5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EB1"/>
    <w:rsid w:val="00034616"/>
    <w:rsid w:val="0006063C"/>
    <w:rsid w:val="00090A06"/>
    <w:rsid w:val="000C771E"/>
    <w:rsid w:val="000E2C45"/>
    <w:rsid w:val="000F421E"/>
    <w:rsid w:val="0015074B"/>
    <w:rsid w:val="00191FF6"/>
    <w:rsid w:val="0029639D"/>
    <w:rsid w:val="00306C42"/>
    <w:rsid w:val="00326F90"/>
    <w:rsid w:val="003A5C8C"/>
    <w:rsid w:val="003E1583"/>
    <w:rsid w:val="00450903"/>
    <w:rsid w:val="005738E6"/>
    <w:rsid w:val="005C001C"/>
    <w:rsid w:val="00604F58"/>
    <w:rsid w:val="006212F5"/>
    <w:rsid w:val="00626A8E"/>
    <w:rsid w:val="00727F55"/>
    <w:rsid w:val="0079174F"/>
    <w:rsid w:val="007D329D"/>
    <w:rsid w:val="00842B1D"/>
    <w:rsid w:val="008C19C7"/>
    <w:rsid w:val="008C71A6"/>
    <w:rsid w:val="008D4CD4"/>
    <w:rsid w:val="008D5C07"/>
    <w:rsid w:val="00912BA0"/>
    <w:rsid w:val="00AA1D8D"/>
    <w:rsid w:val="00AF1838"/>
    <w:rsid w:val="00B4395A"/>
    <w:rsid w:val="00B46515"/>
    <w:rsid w:val="00B47730"/>
    <w:rsid w:val="00C53304"/>
    <w:rsid w:val="00C57640"/>
    <w:rsid w:val="00C6324C"/>
    <w:rsid w:val="00C77939"/>
    <w:rsid w:val="00CB0664"/>
    <w:rsid w:val="00CC1907"/>
    <w:rsid w:val="00CE187F"/>
    <w:rsid w:val="00DF4C37"/>
    <w:rsid w:val="00E57366"/>
    <w:rsid w:val="00E632A1"/>
    <w:rsid w:val="00EF3D50"/>
    <w:rsid w:val="00F32C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45AFC4"/>
  <w14:defaultImageDpi w14:val="300"/>
  <w15:docId w15:val="{1B18FD2A-C83F-4513-82E3-CF44ECAF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27F55"/>
    <w:pPr>
      <w:spacing w:after="60"/>
    </w:pPr>
    <w:rPr>
      <w:rFonts w:ascii="游明朝" w:eastAsia="游明朝" w:hAnsi="游明朝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江橋 亮</cp:lastModifiedBy>
  <cp:revision>30</cp:revision>
  <cp:lastPrinted>2026-09-08T04:09:00Z</cp:lastPrinted>
  <dcterms:created xsi:type="dcterms:W3CDTF">2013-12-23T23:15:00Z</dcterms:created>
  <dcterms:modified xsi:type="dcterms:W3CDTF">2026-09-10T08:38:00Z</dcterms:modified>
  <cp:category/>
</cp:coreProperties>
</file>