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FA98" w14:textId="2AE0C4F7" w:rsidR="00023EB1" w:rsidRDefault="00626A8E" w:rsidP="00450903">
      <w:pPr>
        <w:spacing w:after="40"/>
        <w:ind w:right="680"/>
        <w:rPr>
          <w:lang w:eastAsia="ja-JP"/>
        </w:rPr>
      </w:pPr>
      <w:r>
        <w:rPr>
          <w:rFonts w:ascii="游ゴシック" w:eastAsia="游ゴシック" w:hAnsi="游ゴシック"/>
          <w:color w:val="5A626C"/>
          <w:sz w:val="17"/>
          <w:lang w:eastAsia="ja-JP"/>
        </w:rPr>
        <w:t>様式第</w:t>
      </w:r>
      <w:r w:rsidR="000F098C">
        <w:rPr>
          <w:rFonts w:ascii="游ゴシック" w:eastAsia="游ゴシック" w:hAnsi="游ゴシック" w:hint="eastAsia"/>
          <w:color w:val="5A626C"/>
          <w:sz w:val="17"/>
          <w:lang w:eastAsia="ja-JP"/>
        </w:rPr>
        <w:t>２</w:t>
      </w:r>
      <w:r>
        <w:rPr>
          <w:rFonts w:ascii="游ゴシック" w:eastAsia="游ゴシック" w:hAnsi="游ゴシック"/>
          <w:color w:val="5A626C"/>
          <w:sz w:val="17"/>
          <w:lang w:eastAsia="ja-JP"/>
        </w:rPr>
        <w:t>号</w:t>
      </w:r>
    </w:p>
    <w:p w14:paraId="22494A86" w14:textId="7EFD6133" w:rsidR="00023EB1" w:rsidRDefault="00626A8E">
      <w:pPr>
        <w:spacing w:after="80"/>
        <w:jc w:val="center"/>
        <w:rPr>
          <w:lang w:eastAsia="ja-JP"/>
        </w:rPr>
      </w:pPr>
      <w:r>
        <w:rPr>
          <w:rFonts w:ascii="游ゴシック" w:eastAsia="游ゴシック" w:hAnsi="游ゴシック"/>
          <w:b/>
          <w:color w:val="16375C"/>
          <w:sz w:val="34"/>
          <w:lang w:eastAsia="ja-JP"/>
        </w:rPr>
        <w:t>「いばらきポリス」クーポン等協力店</w:t>
      </w:r>
      <w:r w:rsidR="000F098C">
        <w:rPr>
          <w:rFonts w:ascii="游ゴシック" w:eastAsia="游ゴシック" w:hAnsi="游ゴシック" w:hint="eastAsia"/>
          <w:b/>
          <w:color w:val="16375C"/>
          <w:sz w:val="34"/>
          <w:lang w:eastAsia="ja-JP"/>
        </w:rPr>
        <w:t>変更・終了</w:t>
      </w:r>
      <w:r>
        <w:rPr>
          <w:rFonts w:ascii="游ゴシック" w:eastAsia="游ゴシック" w:hAnsi="游ゴシック"/>
          <w:b/>
          <w:color w:val="16375C"/>
          <w:sz w:val="34"/>
          <w:lang w:eastAsia="ja-JP"/>
        </w:rPr>
        <w:t>届出書</w:t>
      </w:r>
    </w:p>
    <w:p w14:paraId="70BCBE15" w14:textId="5E4FB925" w:rsidR="00023EB1" w:rsidRPr="00370D81" w:rsidRDefault="00626A8E">
      <w:pPr>
        <w:jc w:val="right"/>
        <w:rPr>
          <w:b/>
          <w:bCs/>
          <w:lang w:eastAsia="ja-JP"/>
        </w:rPr>
      </w:pPr>
      <w:r>
        <w:rPr>
          <w:lang w:eastAsia="ja-JP"/>
        </w:rPr>
        <w:t xml:space="preserve">　</w:t>
      </w:r>
      <w:r w:rsidRPr="00370D81">
        <w:rPr>
          <w:b/>
          <w:bCs/>
          <w:lang w:eastAsia="ja-JP"/>
        </w:rPr>
        <w:t xml:space="preserve">　年　　月　　日</w:t>
      </w:r>
    </w:p>
    <w:p w14:paraId="32400403" w14:textId="77777777" w:rsidR="00450903" w:rsidRDefault="00626A8E" w:rsidP="008D4CD4">
      <w:pPr>
        <w:spacing w:after="0" w:line="240" w:lineRule="auto"/>
        <w:rPr>
          <w:b/>
          <w:sz w:val="20"/>
          <w:lang w:eastAsia="ja-JP"/>
        </w:rPr>
      </w:pPr>
      <w:r>
        <w:rPr>
          <w:b/>
          <w:sz w:val="20"/>
          <w:lang w:eastAsia="ja-JP"/>
        </w:rPr>
        <w:t>茨城県警察</w:t>
      </w:r>
      <w:r w:rsidR="00450903">
        <w:rPr>
          <w:rFonts w:hint="eastAsia"/>
          <w:b/>
          <w:sz w:val="20"/>
          <w:lang w:eastAsia="ja-JP"/>
        </w:rPr>
        <w:t>本部生活安全部</w:t>
      </w:r>
    </w:p>
    <w:p w14:paraId="13D52FCE" w14:textId="0BF105A9" w:rsidR="00023EB1" w:rsidRDefault="00450903" w:rsidP="000F098C">
      <w:pPr>
        <w:spacing w:after="0" w:line="240" w:lineRule="auto"/>
        <w:rPr>
          <w:b/>
          <w:sz w:val="20"/>
          <w:lang w:eastAsia="ja-JP"/>
        </w:rPr>
      </w:pPr>
      <w:r>
        <w:rPr>
          <w:rFonts w:hint="eastAsia"/>
          <w:b/>
          <w:sz w:val="20"/>
          <w:lang w:eastAsia="ja-JP"/>
        </w:rPr>
        <w:t xml:space="preserve">生活安全総務課長　</w:t>
      </w:r>
      <w:r w:rsidR="00C57640">
        <w:rPr>
          <w:rFonts w:hint="eastAsia"/>
          <w:b/>
          <w:sz w:val="20"/>
          <w:lang w:eastAsia="ja-JP"/>
        </w:rPr>
        <w:t xml:space="preserve">　</w:t>
      </w:r>
      <w:r w:rsidR="00CE187F">
        <w:rPr>
          <w:rFonts w:hint="eastAsia"/>
          <w:b/>
          <w:sz w:val="20"/>
          <w:lang w:eastAsia="ja-JP"/>
        </w:rPr>
        <w:t xml:space="preserve">　</w:t>
      </w:r>
      <w:r w:rsidR="000F098C">
        <w:rPr>
          <w:rFonts w:hint="eastAsia"/>
          <w:b/>
          <w:sz w:val="20"/>
          <w:lang w:eastAsia="ja-JP"/>
        </w:rPr>
        <w:t xml:space="preserve">　</w:t>
      </w:r>
      <w:r>
        <w:rPr>
          <w:rFonts w:hint="eastAsia"/>
          <w:b/>
          <w:sz w:val="20"/>
          <w:lang w:eastAsia="ja-JP"/>
        </w:rPr>
        <w:t xml:space="preserve">　</w:t>
      </w:r>
      <w:r w:rsidR="00626A8E">
        <w:rPr>
          <w:b/>
          <w:sz w:val="20"/>
          <w:lang w:eastAsia="ja-JP"/>
        </w:rPr>
        <w:t xml:space="preserve">　殿</w:t>
      </w:r>
    </w:p>
    <w:p w14:paraId="16559672" w14:textId="77777777" w:rsidR="00604F58" w:rsidRDefault="00604F58" w:rsidP="00604F58">
      <w:pPr>
        <w:spacing w:after="0" w:line="180" w:lineRule="auto"/>
        <w:rPr>
          <w:lang w:eastAsia="ja-JP"/>
        </w:rPr>
      </w:pPr>
    </w:p>
    <w:p w14:paraId="4D72248D" w14:textId="628A9AB4" w:rsidR="00450903" w:rsidRDefault="00626A8E" w:rsidP="008D4CD4">
      <w:pPr>
        <w:spacing w:after="100"/>
        <w:rPr>
          <w:b/>
          <w:bCs/>
          <w:lang w:eastAsia="ja-JP"/>
        </w:rPr>
      </w:pPr>
      <w:r w:rsidRPr="00EF3D50">
        <w:rPr>
          <w:b/>
          <w:bCs/>
          <w:lang w:eastAsia="ja-JP"/>
        </w:rPr>
        <w:t>「いばらきポリス」クーポン等協力店募集要項の内容を確認し、次のとおり</w:t>
      </w:r>
      <w:r w:rsidR="001B251E">
        <w:rPr>
          <w:rFonts w:hint="eastAsia"/>
          <w:b/>
          <w:bCs/>
          <w:lang w:eastAsia="ja-JP"/>
        </w:rPr>
        <w:t>（</w:t>
      </w:r>
      <w:r w:rsidR="001A668C">
        <w:rPr>
          <w:rFonts w:hint="eastAsia"/>
          <w:b/>
          <w:bCs/>
          <w:lang w:eastAsia="ja-JP"/>
        </w:rPr>
        <w:t>変更・終了</w:t>
      </w:r>
      <w:r w:rsidR="001B251E">
        <w:rPr>
          <w:rFonts w:hint="eastAsia"/>
          <w:b/>
          <w:bCs/>
          <w:lang w:eastAsia="ja-JP"/>
        </w:rPr>
        <w:t>）</w:t>
      </w:r>
      <w:r w:rsidR="001A668C">
        <w:rPr>
          <w:rFonts w:hint="eastAsia"/>
          <w:b/>
          <w:bCs/>
          <w:lang w:eastAsia="ja-JP"/>
        </w:rPr>
        <w:t>の</w:t>
      </w:r>
      <w:r w:rsidRPr="00EF3D50">
        <w:rPr>
          <w:b/>
          <w:bCs/>
          <w:lang w:eastAsia="ja-JP"/>
        </w:rPr>
        <w:t>届出</w:t>
      </w:r>
      <w:r w:rsidR="006212F5" w:rsidRPr="00EF3D50">
        <w:rPr>
          <w:rFonts w:hint="eastAsia"/>
          <w:b/>
          <w:bCs/>
          <w:lang w:eastAsia="ja-JP"/>
        </w:rPr>
        <w:t>をし</w:t>
      </w:r>
      <w:r w:rsidRPr="00EF3D50">
        <w:rPr>
          <w:b/>
          <w:bCs/>
          <w:lang w:eastAsia="ja-JP"/>
        </w:rPr>
        <w:t>ます。</w:t>
      </w:r>
    </w:p>
    <w:p w14:paraId="1E31029E" w14:textId="32374F43" w:rsidR="00370D81" w:rsidRDefault="00370D81" w:rsidP="008D4CD4">
      <w:pPr>
        <w:spacing w:after="100"/>
        <w:rPr>
          <w:b/>
          <w:bCs/>
          <w:sz w:val="12"/>
          <w:szCs w:val="12"/>
          <w:lang w:eastAsia="ja-JP"/>
        </w:rPr>
      </w:pPr>
    </w:p>
    <w:p w14:paraId="0B5B98A1" w14:textId="7BA762F1" w:rsidR="00370D81" w:rsidRPr="00842B1D" w:rsidRDefault="00370D81" w:rsidP="00370D81">
      <w:pPr>
        <w:spacing w:after="0" w:line="240" w:lineRule="auto"/>
        <w:rPr>
          <w:sz w:val="21"/>
          <w:szCs w:val="21"/>
          <w:lang w:eastAsia="ja-JP"/>
        </w:rPr>
      </w:pP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１</w:t>
      </w:r>
      <w:r w:rsidRPr="00842B1D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事業者情報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10"/>
      </w:tblGrid>
      <w:tr w:rsidR="00370D81" w14:paraId="3A9C2097" w14:textId="77777777" w:rsidTr="00906CEB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B0C1D" w14:textId="77777777" w:rsidR="00370D81" w:rsidRPr="000E2C45" w:rsidRDefault="00370D81" w:rsidP="00906CEB">
            <w:pPr>
              <w:spacing w:after="0"/>
              <w:jc w:val="center"/>
              <w:rPr>
                <w:sz w:val="16"/>
                <w:szCs w:val="16"/>
                <w:lang w:eastAsia="ja-JP"/>
              </w:rPr>
            </w:pPr>
            <w:proofErr w:type="spellStart"/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法人・団体名</w:t>
            </w:r>
            <w:proofErr w:type="spellEnd"/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0C9424" w14:textId="77777777" w:rsidR="00370D81" w:rsidRPr="000E2C45" w:rsidRDefault="00370D81" w:rsidP="00906CEB">
            <w:pPr>
              <w:spacing w:after="0"/>
              <w:ind w:firstLineChars="100" w:firstLine="160"/>
              <w:rPr>
                <w:sz w:val="16"/>
                <w:szCs w:val="16"/>
              </w:rPr>
            </w:pPr>
          </w:p>
        </w:tc>
      </w:tr>
      <w:tr w:rsidR="00370D81" w14:paraId="633DF27C" w14:textId="77777777" w:rsidTr="00906CEB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B0FD5" w14:textId="77777777" w:rsidR="00370D81" w:rsidRPr="000E2C45" w:rsidRDefault="00370D81" w:rsidP="00906CE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代表者職・氏名</w:t>
            </w:r>
            <w:proofErr w:type="spellEnd"/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B2316" w14:textId="77777777" w:rsidR="00370D81" w:rsidRPr="000E2C45" w:rsidRDefault="00370D81" w:rsidP="00906CEB">
            <w:pPr>
              <w:spacing w:after="0"/>
              <w:rPr>
                <w:sz w:val="16"/>
                <w:szCs w:val="16"/>
              </w:rPr>
            </w:pPr>
          </w:p>
        </w:tc>
      </w:tr>
      <w:tr w:rsidR="00370D81" w14:paraId="539E7E5C" w14:textId="77777777" w:rsidTr="00906CEB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C63AD" w14:textId="77777777" w:rsidR="00370D81" w:rsidRPr="000E2C45" w:rsidRDefault="00370D81" w:rsidP="00906CE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所在地</w:t>
            </w:r>
            <w:proofErr w:type="spellEnd"/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8BB83" w14:textId="77777777" w:rsidR="00370D81" w:rsidRPr="000E2C45" w:rsidRDefault="00370D81" w:rsidP="00906CEB">
            <w:pPr>
              <w:spacing w:after="0"/>
              <w:rPr>
                <w:sz w:val="16"/>
                <w:szCs w:val="16"/>
              </w:rPr>
            </w:pPr>
          </w:p>
        </w:tc>
      </w:tr>
      <w:tr w:rsidR="00370D81" w14:paraId="096095B1" w14:textId="77777777" w:rsidTr="00906CEB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26D3C" w14:textId="77777777" w:rsidR="00370D81" w:rsidRPr="000E2C45" w:rsidRDefault="00370D81" w:rsidP="00906CE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担当者所属・氏名</w:t>
            </w:r>
            <w:proofErr w:type="spellEnd"/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55A29" w14:textId="77777777" w:rsidR="00370D81" w:rsidRPr="000E2C45" w:rsidRDefault="00370D81" w:rsidP="00906CEB">
            <w:pPr>
              <w:spacing w:after="0"/>
              <w:rPr>
                <w:sz w:val="16"/>
                <w:szCs w:val="16"/>
              </w:rPr>
            </w:pPr>
          </w:p>
        </w:tc>
      </w:tr>
      <w:tr w:rsidR="00370D81" w14:paraId="21EB7282" w14:textId="77777777" w:rsidTr="00906CEB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B53A8" w14:textId="77777777" w:rsidR="00370D81" w:rsidRPr="000E2C45" w:rsidRDefault="00370D81" w:rsidP="00906CE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電話番号</w:t>
            </w:r>
            <w:proofErr w:type="spellEnd"/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54241" w14:textId="77777777" w:rsidR="00370D81" w:rsidRPr="000E2C45" w:rsidRDefault="00370D81" w:rsidP="00906CEB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0EE892FC" w14:textId="77777777" w:rsidR="00370D81" w:rsidRPr="00370D81" w:rsidRDefault="00370D81" w:rsidP="008D4CD4">
      <w:pPr>
        <w:spacing w:after="100"/>
        <w:rPr>
          <w:b/>
          <w:bCs/>
          <w:sz w:val="12"/>
          <w:szCs w:val="12"/>
          <w:lang w:eastAsia="ja-JP"/>
        </w:rPr>
      </w:pPr>
    </w:p>
    <w:p w14:paraId="61E411CD" w14:textId="153639AF" w:rsidR="001C3A3F" w:rsidRPr="00AC4EC0" w:rsidRDefault="00370D81" w:rsidP="001C3A3F">
      <w:pPr>
        <w:spacing w:after="0" w:line="240" w:lineRule="auto"/>
        <w:rPr>
          <w:rFonts w:ascii="游ゴシック" w:eastAsia="游ゴシック" w:hAnsi="游ゴシック"/>
          <w:b/>
          <w:color w:val="16375C"/>
          <w:sz w:val="21"/>
          <w:szCs w:val="21"/>
          <w:lang w:eastAsia="ja-JP"/>
        </w:rPr>
      </w:pP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２</w:t>
      </w:r>
      <w:r w:rsidR="00450903" w:rsidRPr="00842B1D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 w:rsidR="001C3A3F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届出</w:t>
      </w: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事項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10"/>
      </w:tblGrid>
      <w:tr w:rsidR="001C3A3F" w14:paraId="2CCD2663" w14:textId="77777777" w:rsidTr="00AC4EC0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BD831" w14:textId="4E4796C5" w:rsidR="001C3A3F" w:rsidRPr="000E2C45" w:rsidRDefault="00AC4EC0" w:rsidP="00906CE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届出区分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F186CC" w14:textId="7EA2BBF0" w:rsidR="001C3A3F" w:rsidRPr="000E2C45" w:rsidRDefault="00AC4EC0" w:rsidP="00906CEB">
            <w:pPr>
              <w:spacing w:after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lang w:eastAsia="ja-JP"/>
              </w:rPr>
              <w:t>変更／終了</w:t>
            </w:r>
          </w:p>
        </w:tc>
      </w:tr>
      <w:tr w:rsidR="00370D81" w14:paraId="1E45E7A5" w14:textId="77777777" w:rsidTr="00AC4EC0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613B8" w14:textId="597DF871" w:rsidR="00370D81" w:rsidRDefault="00370D81" w:rsidP="00370D81">
            <w:pPr>
              <w:spacing w:after="0"/>
              <w:jc w:val="center"/>
              <w:rPr>
                <w:rFonts w:ascii="游ゴシック" w:eastAsia="游ゴシック" w:hAnsi="游ゴシック"/>
                <w:b/>
                <w:sz w:val="16"/>
                <w:szCs w:val="16"/>
                <w:lang w:eastAsia="ja-JP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変更・終了日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F59D5" w14:textId="4410D049" w:rsidR="00370D81" w:rsidRPr="00370D81" w:rsidRDefault="00370D81" w:rsidP="00906CEB">
            <w:pPr>
              <w:spacing w:after="0"/>
              <w:rPr>
                <w:sz w:val="16"/>
                <w:szCs w:val="16"/>
                <w:lang w:eastAsia="ja-JP"/>
              </w:rPr>
            </w:pPr>
            <w:r>
              <w:rPr>
                <w:rFonts w:hint="eastAsia"/>
                <w:sz w:val="16"/>
                <w:szCs w:val="16"/>
                <w:lang w:eastAsia="ja-JP"/>
              </w:rPr>
              <w:t>（変更・終了日：　　年　　月　　日）</w:t>
            </w:r>
          </w:p>
        </w:tc>
      </w:tr>
    </w:tbl>
    <w:p w14:paraId="49C62272" w14:textId="77777777" w:rsidR="00450903" w:rsidRPr="00370D81" w:rsidRDefault="00450903" w:rsidP="008D4CD4">
      <w:pPr>
        <w:spacing w:after="0"/>
        <w:rPr>
          <w:rFonts w:ascii="游ゴシック" w:eastAsia="游ゴシック" w:hAnsi="游ゴシック"/>
          <w:b/>
          <w:color w:val="16375C"/>
          <w:sz w:val="12"/>
          <w:szCs w:val="12"/>
          <w:lang w:eastAsia="ja-JP"/>
        </w:rPr>
      </w:pPr>
    </w:p>
    <w:p w14:paraId="5E82714B" w14:textId="5C749AD5" w:rsidR="00450903" w:rsidRPr="00727F55" w:rsidRDefault="00742F94" w:rsidP="00191FF6">
      <w:pPr>
        <w:spacing w:after="0" w:line="240" w:lineRule="auto"/>
        <w:rPr>
          <w:sz w:val="21"/>
          <w:szCs w:val="21"/>
          <w:lang w:eastAsia="ja-JP"/>
        </w:rPr>
      </w:pP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３</w:t>
      </w:r>
      <w:r w:rsidR="00450903"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変更内容（変更の場合）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023EB1" w14:paraId="3CA2388B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277F4" w14:textId="66936F28" w:rsidR="00023EB1" w:rsidRPr="000E2C45" w:rsidRDefault="00742F9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変更する項目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68C51" w14:textId="77777777" w:rsidR="00742F94" w:rsidRDefault="00742F94">
            <w:pPr>
              <w:spacing w:after="0"/>
              <w:rPr>
                <w:sz w:val="16"/>
                <w:szCs w:val="16"/>
                <w:lang w:eastAsia="ja-JP"/>
              </w:rPr>
            </w:pPr>
            <w:r>
              <w:rPr>
                <w:rFonts w:hint="eastAsia"/>
                <w:sz w:val="16"/>
                <w:szCs w:val="16"/>
                <w:lang w:eastAsia="ja-JP"/>
              </w:rPr>
              <w:t>店舗名／所在地／連絡先／クーポン等内容／利用条件／写真・ロゴ／</w:t>
            </w:r>
          </w:p>
          <w:p w14:paraId="19F08EC7" w14:textId="370EFB23" w:rsidR="00023EB1" w:rsidRPr="000E2C45" w:rsidRDefault="00742F94">
            <w:pPr>
              <w:spacing w:after="0"/>
              <w:rPr>
                <w:sz w:val="16"/>
                <w:szCs w:val="16"/>
                <w:lang w:eastAsia="ja-JP"/>
              </w:rPr>
            </w:pPr>
            <w:r>
              <w:rPr>
                <w:rFonts w:hint="eastAsia"/>
                <w:sz w:val="16"/>
                <w:szCs w:val="16"/>
                <w:lang w:eastAsia="ja-JP"/>
              </w:rPr>
              <w:t xml:space="preserve">その他（　　</w:t>
            </w:r>
            <w:r w:rsidR="001B251E">
              <w:rPr>
                <w:rFonts w:hint="eastAsia"/>
                <w:sz w:val="16"/>
                <w:szCs w:val="16"/>
                <w:lang w:eastAsia="ja-JP"/>
              </w:rPr>
              <w:t xml:space="preserve">　　　　</w:t>
            </w:r>
            <w:r>
              <w:rPr>
                <w:rFonts w:hint="eastAsia"/>
                <w:sz w:val="16"/>
                <w:szCs w:val="16"/>
                <w:lang w:eastAsia="ja-JP"/>
              </w:rPr>
              <w:t xml:space="preserve">　）</w:t>
            </w:r>
          </w:p>
        </w:tc>
      </w:tr>
      <w:tr w:rsidR="00023EB1" w14:paraId="3CE0FC50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FF494" w14:textId="0CE074D9" w:rsidR="00023EB1" w:rsidRPr="000E2C45" w:rsidRDefault="00742F9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変更前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5ED73" w14:textId="77777777" w:rsidR="00023EB1" w:rsidRDefault="00023EB1">
            <w:pPr>
              <w:spacing w:after="0"/>
              <w:rPr>
                <w:sz w:val="16"/>
                <w:szCs w:val="16"/>
              </w:rPr>
            </w:pPr>
          </w:p>
          <w:p w14:paraId="79FA2A9C" w14:textId="055685F0" w:rsidR="00742F94" w:rsidRDefault="00742F94">
            <w:pPr>
              <w:spacing w:after="0"/>
              <w:rPr>
                <w:sz w:val="16"/>
                <w:szCs w:val="16"/>
              </w:rPr>
            </w:pPr>
          </w:p>
          <w:p w14:paraId="635CF392" w14:textId="77777777" w:rsidR="00742F94" w:rsidRDefault="00742F94">
            <w:pPr>
              <w:spacing w:after="0"/>
              <w:rPr>
                <w:sz w:val="16"/>
                <w:szCs w:val="16"/>
              </w:rPr>
            </w:pPr>
          </w:p>
          <w:p w14:paraId="1A36A191" w14:textId="77830F98" w:rsidR="00742F94" w:rsidRPr="000E2C45" w:rsidRDefault="00742F94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56B109CB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C4B3A" w14:textId="0F640ADC" w:rsidR="00023EB1" w:rsidRPr="000E2C45" w:rsidRDefault="00742F9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変更後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8E0D1" w14:textId="7FF90865" w:rsidR="00023EB1" w:rsidRDefault="00023EB1">
            <w:pPr>
              <w:spacing w:after="0"/>
              <w:rPr>
                <w:sz w:val="16"/>
                <w:szCs w:val="16"/>
              </w:rPr>
            </w:pPr>
          </w:p>
          <w:p w14:paraId="0FC3FB29" w14:textId="77777777" w:rsidR="00742F94" w:rsidRDefault="00742F94">
            <w:pPr>
              <w:spacing w:after="0"/>
              <w:rPr>
                <w:sz w:val="16"/>
                <w:szCs w:val="16"/>
              </w:rPr>
            </w:pPr>
          </w:p>
          <w:p w14:paraId="7E545BE6" w14:textId="77777777" w:rsidR="00742F94" w:rsidRDefault="00742F94">
            <w:pPr>
              <w:spacing w:after="0"/>
              <w:rPr>
                <w:sz w:val="16"/>
                <w:szCs w:val="16"/>
              </w:rPr>
            </w:pPr>
          </w:p>
          <w:p w14:paraId="0A1EB276" w14:textId="34D584CC" w:rsidR="00742F94" w:rsidRPr="000E2C45" w:rsidRDefault="00742F94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468D044E" w14:textId="77777777" w:rsidR="00842B1D" w:rsidRPr="00842B1D" w:rsidRDefault="00842B1D" w:rsidP="00C6324C">
      <w:pPr>
        <w:spacing w:after="100"/>
        <w:rPr>
          <w:rFonts w:ascii="游ゴシック" w:eastAsia="游ゴシック" w:hAnsi="游ゴシック"/>
          <w:b/>
          <w:color w:val="16375C"/>
          <w:sz w:val="6"/>
          <w:szCs w:val="6"/>
          <w:lang w:eastAsia="ja-JP"/>
        </w:rPr>
      </w:pPr>
    </w:p>
    <w:p w14:paraId="0DD2BD1F" w14:textId="77777777" w:rsidR="008C19C7" w:rsidRPr="008C19C7" w:rsidRDefault="008C19C7">
      <w:pPr>
        <w:spacing w:after="40"/>
        <w:ind w:left="227" w:hanging="227"/>
        <w:rPr>
          <w:sz w:val="6"/>
          <w:szCs w:val="6"/>
          <w:lang w:eastAsia="ja-JP"/>
        </w:rPr>
      </w:pPr>
    </w:p>
    <w:p w14:paraId="57F10255" w14:textId="290529A3" w:rsidR="00727F55" w:rsidRPr="00DF4C37" w:rsidRDefault="00742F94" w:rsidP="00C77939">
      <w:pPr>
        <w:spacing w:after="0" w:line="240" w:lineRule="auto"/>
        <w:rPr>
          <w:bCs/>
          <w:sz w:val="21"/>
          <w:szCs w:val="21"/>
          <w:lang w:eastAsia="ja-JP"/>
        </w:rPr>
      </w:pP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４</w:t>
      </w:r>
      <w:r w:rsidR="00727F55"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 w:rsid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届出者署名</w:t>
      </w:r>
      <w:r w:rsidR="00DF4C37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 w:rsidR="00DF4C37" w:rsidRPr="00DF4C37">
        <w:rPr>
          <w:rFonts w:hint="eastAsia"/>
          <w:bCs/>
          <w:color w:val="000000" w:themeColor="text1"/>
          <w:sz w:val="16"/>
          <w:szCs w:val="16"/>
          <w:lang w:eastAsia="ja-JP"/>
        </w:rPr>
        <w:t>※自筆</w:t>
      </w:r>
      <w:r w:rsidR="000E2DE5">
        <w:rPr>
          <w:rFonts w:hint="eastAsia"/>
          <w:bCs/>
          <w:color w:val="000000" w:themeColor="text1"/>
          <w:sz w:val="16"/>
          <w:szCs w:val="16"/>
          <w:lang w:eastAsia="ja-JP"/>
        </w:rPr>
        <w:t>又は入力により</w:t>
      </w:r>
      <w:r w:rsidR="00DF4C37" w:rsidRPr="00DF4C37">
        <w:rPr>
          <w:rFonts w:hint="eastAsia"/>
          <w:bCs/>
          <w:color w:val="000000" w:themeColor="text1"/>
          <w:sz w:val="16"/>
          <w:szCs w:val="16"/>
          <w:lang w:eastAsia="ja-JP"/>
        </w:rPr>
        <w:t>記入</w:t>
      </w:r>
      <w:r w:rsidR="00950170">
        <w:rPr>
          <w:rFonts w:hint="eastAsia"/>
          <w:bCs/>
          <w:color w:val="000000" w:themeColor="text1"/>
          <w:sz w:val="16"/>
          <w:szCs w:val="16"/>
          <w:lang w:eastAsia="ja-JP"/>
        </w:rPr>
        <w:t>してください。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023EB1" w14:paraId="27FE4C9D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A6280" w14:textId="77777777" w:rsidR="00023EB1" w:rsidRPr="00DF4C37" w:rsidRDefault="00626A8E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DF4C37">
              <w:rPr>
                <w:rFonts w:ascii="游ゴシック" w:eastAsia="游ゴシック" w:hAnsi="游ゴシック"/>
                <w:b/>
                <w:sz w:val="16"/>
                <w:szCs w:val="16"/>
              </w:rPr>
              <w:t>法人・団体名</w:t>
            </w:r>
            <w:proofErr w:type="spellEnd"/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1A75C" w14:textId="77777777" w:rsidR="00023EB1" w:rsidRDefault="00023EB1">
            <w:pPr>
              <w:spacing w:after="0"/>
            </w:pPr>
          </w:p>
        </w:tc>
      </w:tr>
      <w:tr w:rsidR="00023EB1" w14:paraId="27F33673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DF4DB" w14:textId="2D69FF7E" w:rsidR="00023EB1" w:rsidRPr="00DF4C37" w:rsidRDefault="00DF4C37">
            <w:pPr>
              <w:spacing w:after="0"/>
              <w:jc w:val="center"/>
              <w:rPr>
                <w:sz w:val="16"/>
                <w:szCs w:val="16"/>
              </w:rPr>
            </w:pPr>
            <w:r w:rsidRPr="00DF4C37"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届出者職・氏名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75CE3" w14:textId="77777777" w:rsidR="00023EB1" w:rsidRDefault="00023EB1">
            <w:pPr>
              <w:spacing w:after="0"/>
            </w:pPr>
          </w:p>
        </w:tc>
      </w:tr>
    </w:tbl>
    <w:p w14:paraId="051A6999" w14:textId="370398D2" w:rsidR="00023EB1" w:rsidRPr="0079174F" w:rsidRDefault="00023EB1" w:rsidP="0079174F">
      <w:pPr>
        <w:spacing w:after="0" w:line="20" w:lineRule="exact"/>
        <w:rPr>
          <w:sz w:val="2"/>
          <w:szCs w:val="2"/>
        </w:rPr>
      </w:pPr>
    </w:p>
    <w:sectPr w:rsidR="00023EB1" w:rsidRPr="0079174F" w:rsidSect="00034616">
      <w:pgSz w:w="11906" w:h="16838"/>
      <w:pgMar w:top="794" w:right="964" w:bottom="794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B7ECA" w14:textId="77777777" w:rsidR="00DC5879" w:rsidRDefault="00DC5879">
      <w:pPr>
        <w:spacing w:after="0" w:line="240" w:lineRule="auto"/>
      </w:pPr>
      <w:r>
        <w:separator/>
      </w:r>
    </w:p>
  </w:endnote>
  <w:endnote w:type="continuationSeparator" w:id="0">
    <w:p w14:paraId="77B7EBDA" w14:textId="77777777" w:rsidR="00DC5879" w:rsidRDefault="00DC5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F34DE" w14:textId="77777777" w:rsidR="00DC5879" w:rsidRDefault="00DC5879">
      <w:pPr>
        <w:spacing w:after="0" w:line="240" w:lineRule="auto"/>
      </w:pPr>
      <w:r>
        <w:separator/>
      </w:r>
    </w:p>
  </w:footnote>
  <w:footnote w:type="continuationSeparator" w:id="0">
    <w:p w14:paraId="6B5394E7" w14:textId="77777777" w:rsidR="00DC5879" w:rsidRDefault="00DC5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EB1"/>
    <w:rsid w:val="00034616"/>
    <w:rsid w:val="0006063C"/>
    <w:rsid w:val="000C771E"/>
    <w:rsid w:val="000E2C45"/>
    <w:rsid w:val="000E2DE5"/>
    <w:rsid w:val="000F098C"/>
    <w:rsid w:val="0015074B"/>
    <w:rsid w:val="00191FF6"/>
    <w:rsid w:val="001A668C"/>
    <w:rsid w:val="001B251E"/>
    <w:rsid w:val="001C3A3F"/>
    <w:rsid w:val="0029639D"/>
    <w:rsid w:val="00326F90"/>
    <w:rsid w:val="00370D81"/>
    <w:rsid w:val="00381B75"/>
    <w:rsid w:val="003E1583"/>
    <w:rsid w:val="00450903"/>
    <w:rsid w:val="005219B5"/>
    <w:rsid w:val="005B6244"/>
    <w:rsid w:val="005C001C"/>
    <w:rsid w:val="00604F58"/>
    <w:rsid w:val="006212F5"/>
    <w:rsid w:val="00626A8E"/>
    <w:rsid w:val="00727F55"/>
    <w:rsid w:val="00742F94"/>
    <w:rsid w:val="0079174F"/>
    <w:rsid w:val="007D329D"/>
    <w:rsid w:val="00842B1D"/>
    <w:rsid w:val="008C19C7"/>
    <w:rsid w:val="008D4CD4"/>
    <w:rsid w:val="00912BA0"/>
    <w:rsid w:val="00950170"/>
    <w:rsid w:val="00AA1D8D"/>
    <w:rsid w:val="00AC4EC0"/>
    <w:rsid w:val="00AF1838"/>
    <w:rsid w:val="00B47730"/>
    <w:rsid w:val="00C53304"/>
    <w:rsid w:val="00C57640"/>
    <w:rsid w:val="00C6324C"/>
    <w:rsid w:val="00C77939"/>
    <w:rsid w:val="00CB0664"/>
    <w:rsid w:val="00CE187F"/>
    <w:rsid w:val="00DC5879"/>
    <w:rsid w:val="00DF4C37"/>
    <w:rsid w:val="00E632A1"/>
    <w:rsid w:val="00E63874"/>
    <w:rsid w:val="00EF3D50"/>
    <w:rsid w:val="00F203BC"/>
    <w:rsid w:val="00F32C5B"/>
    <w:rsid w:val="00FC693F"/>
    <w:rsid w:val="00FF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45AFC4"/>
  <w14:defaultImageDpi w14:val="300"/>
  <w15:docId w15:val="{1B18FD2A-C83F-4513-82E3-CF44ECAF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C3A3F"/>
    <w:pPr>
      <w:spacing w:after="60"/>
    </w:pPr>
    <w:rPr>
      <w:rFonts w:ascii="游明朝" w:eastAsia="游明朝" w:hAnsi="游明朝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江橋 亮</cp:lastModifiedBy>
  <cp:revision>37</cp:revision>
  <cp:lastPrinted>2026-09-08T08:34:00Z</cp:lastPrinted>
  <dcterms:created xsi:type="dcterms:W3CDTF">2013-12-23T23:15:00Z</dcterms:created>
  <dcterms:modified xsi:type="dcterms:W3CDTF">2026-09-08T08:34:00Z</dcterms:modified>
  <cp:category/>
</cp:coreProperties>
</file>